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5E468" w14:textId="77777777" w:rsidR="001C4427" w:rsidRDefault="00000000">
      <w:pPr>
        <w:jc w:val="center"/>
      </w:pPr>
      <w:r>
        <w:rPr>
          <w:b/>
          <w:sz w:val="32"/>
        </w:rPr>
        <w:t>ANNEX I</w:t>
      </w:r>
    </w:p>
    <w:p w14:paraId="170817CA" w14:textId="77777777" w:rsidR="001C4427" w:rsidRDefault="00000000">
      <w:pPr>
        <w:jc w:val="center"/>
      </w:pPr>
      <w:r>
        <w:rPr>
          <w:b/>
          <w:sz w:val="28"/>
        </w:rPr>
        <w:t>SCHOLARSHIP APPLICATION FORM</w:t>
      </w:r>
    </w:p>
    <w:p w14:paraId="2C856818" w14:textId="77777777" w:rsidR="001C4427" w:rsidRDefault="00000000">
      <w:pPr>
        <w:jc w:val="center"/>
      </w:pPr>
      <w:r>
        <w:rPr>
          <w:b/>
          <w:sz w:val="24"/>
        </w:rPr>
        <w:t>«DECARBONIZATION, GREEN CORRIDORS» MICRO-CREDENTIAL</w:t>
      </w:r>
    </w:p>
    <w:p w14:paraId="14F724AF" w14:textId="77777777" w:rsidR="001C4427" w:rsidRDefault="00000000">
      <w:pPr>
        <w:jc w:val="center"/>
      </w:pPr>
      <w:r>
        <w:t>MEDPorts Training Course – II Edition</w:t>
      </w:r>
    </w:p>
    <w:p w14:paraId="3FFA921F" w14:textId="77777777" w:rsidR="00AC26C6" w:rsidRDefault="00AC26C6"/>
    <w:p w14:paraId="058D5215" w14:textId="374728F2" w:rsidR="001C4427" w:rsidRDefault="00000000">
      <w:r>
        <w:rPr>
          <w:b/>
          <w:sz w:val="24"/>
        </w:rPr>
        <w:t>1. APPLICANT'S PERSONAL INFORMATION</w:t>
      </w:r>
    </w:p>
    <w:p w14:paraId="19929D30" w14:textId="77777777" w:rsidR="001C4427" w:rsidRDefault="00000000">
      <w:r>
        <w:rPr>
          <w:b/>
        </w:rPr>
        <w:t>First name</w:t>
      </w:r>
      <w:r>
        <w:br/>
        <w:t>____________________________________________________________________________________</w:t>
      </w:r>
    </w:p>
    <w:p w14:paraId="28A4FEB3" w14:textId="77777777" w:rsidR="001C4427" w:rsidRDefault="00000000">
      <w:r>
        <w:rPr>
          <w:b/>
        </w:rPr>
        <w:t>Surname(s)</w:t>
      </w:r>
      <w:r>
        <w:br/>
        <w:t>____________________________________________________________________________________</w:t>
      </w:r>
    </w:p>
    <w:p w14:paraId="5CCBDEB6" w14:textId="77777777" w:rsidR="001C4427" w:rsidRDefault="00000000">
      <w:r>
        <w:rPr>
          <w:b/>
        </w:rPr>
        <w:t>Date of birth (DD/MM/YYYY)</w:t>
      </w:r>
      <w:r>
        <w:br/>
        <w:t>____________________________________________________________________________________</w:t>
      </w:r>
    </w:p>
    <w:p w14:paraId="142BC31D" w14:textId="77777777" w:rsidR="001C4427" w:rsidRDefault="00000000">
      <w:r>
        <w:rPr>
          <w:b/>
        </w:rPr>
        <w:t>Nationality</w:t>
      </w:r>
      <w:r>
        <w:br/>
        <w:t>____________________________________________________________________________________</w:t>
      </w:r>
    </w:p>
    <w:p w14:paraId="6DE8DE96" w14:textId="77777777" w:rsidR="001C4427" w:rsidRDefault="00000000">
      <w:r>
        <w:rPr>
          <w:b/>
        </w:rPr>
        <w:t>ID / Passport number</w:t>
      </w:r>
      <w:r>
        <w:br/>
        <w:t>____________________________________________________________________________________</w:t>
      </w:r>
    </w:p>
    <w:p w14:paraId="19B02365" w14:textId="77777777" w:rsidR="001C4427" w:rsidRDefault="00000000">
      <w:r>
        <w:rPr>
          <w:b/>
        </w:rPr>
        <w:t>Email address</w:t>
      </w:r>
      <w:r>
        <w:br/>
        <w:t>____________________________________________________________________________________</w:t>
      </w:r>
    </w:p>
    <w:p w14:paraId="154A99C2" w14:textId="77777777" w:rsidR="001C4427" w:rsidRDefault="00000000">
      <w:r>
        <w:rPr>
          <w:b/>
        </w:rPr>
        <w:t>Telephone</w:t>
      </w:r>
      <w:r>
        <w:br/>
        <w:t>____________________________________________________________________________________</w:t>
      </w:r>
    </w:p>
    <w:p w14:paraId="69F96690" w14:textId="77777777" w:rsidR="001C4427" w:rsidRDefault="00000000">
      <w:r>
        <w:rPr>
          <w:b/>
          <w:sz w:val="24"/>
        </w:rPr>
        <w:t>2. ELIGIBILITY CATEGORY</w:t>
      </w:r>
    </w:p>
    <w:p w14:paraId="1FE0A045" w14:textId="77777777" w:rsidR="001C4427" w:rsidRDefault="00000000">
      <w:r>
        <w:t>☐ A. Student at a university belonging to the SEA-EU Alliance</w:t>
      </w:r>
    </w:p>
    <w:p w14:paraId="07713782" w14:textId="77777777" w:rsidR="001C4427" w:rsidRDefault="00000000">
      <w:r>
        <w:t>☐ B. Person professionally affiliated with a MEDPorts Member Port</w:t>
      </w:r>
    </w:p>
    <w:p w14:paraId="1D6B31CC" w14:textId="77777777" w:rsidR="001C4427" w:rsidRDefault="00000000">
      <w:r>
        <w:t>☐ C. Member of the Port of Algeciras port community (COMPORT)</w:t>
      </w:r>
    </w:p>
    <w:p w14:paraId="34622219" w14:textId="77777777" w:rsidR="001C4427" w:rsidRDefault="00000000">
      <w:r>
        <w:rPr>
          <w:b/>
        </w:rPr>
        <w:t>For A – University and study programme</w:t>
      </w:r>
      <w:r>
        <w:br/>
        <w:t>____________________________________________________________________________________</w:t>
      </w:r>
    </w:p>
    <w:p w14:paraId="33C2DB65" w14:textId="77777777" w:rsidR="001C4427" w:rsidRDefault="00000000">
      <w:r>
        <w:rPr>
          <w:b/>
        </w:rPr>
        <w:t>For B – Port, company/organisation and position</w:t>
      </w:r>
      <w:r>
        <w:br/>
        <w:t>____________________________________________________________________________________</w:t>
      </w:r>
    </w:p>
    <w:p w14:paraId="55678203" w14:textId="77777777" w:rsidR="001C4427" w:rsidRDefault="00000000">
      <w:r>
        <w:rPr>
          <w:b/>
        </w:rPr>
        <w:t>For C – Company/organisation and position</w:t>
      </w:r>
      <w:r>
        <w:br/>
        <w:t>____________________________________________________________________________________</w:t>
      </w:r>
    </w:p>
    <w:p w14:paraId="07758E35" w14:textId="77777777" w:rsidR="00AC26C6" w:rsidRDefault="00AC26C6">
      <w:pPr>
        <w:rPr>
          <w:b/>
          <w:sz w:val="24"/>
        </w:rPr>
      </w:pPr>
    </w:p>
    <w:p w14:paraId="7D176FF8" w14:textId="4F6A047B" w:rsidR="001C4427" w:rsidRDefault="00127BA6">
      <w:r>
        <w:rPr>
          <w:b/>
          <w:sz w:val="24"/>
        </w:rPr>
        <w:lastRenderedPageBreak/>
        <w:t>3</w:t>
      </w:r>
      <w:r w:rsidR="00000000">
        <w:rPr>
          <w:b/>
          <w:sz w:val="24"/>
        </w:rPr>
        <w:t>. ENGLISH LANGUAGE PROFICIENCY</w:t>
      </w:r>
    </w:p>
    <w:p w14:paraId="072F7236" w14:textId="6CED36BF" w:rsidR="001C4427" w:rsidRDefault="00000000">
      <w:r>
        <w:t xml:space="preserve">Level:   ☐ A1   ☐ A2   ☐ B1   ☐ B2   ☐ C1   ☐ C2   </w:t>
      </w:r>
    </w:p>
    <w:p w14:paraId="40A0B199" w14:textId="77777777" w:rsidR="001C4427" w:rsidRDefault="00000000">
      <w:r>
        <w:t>I declare that I have sufficient knowledge of English to adequately follow a training activity delivered entirely in English.   ☐ Yes</w:t>
      </w:r>
    </w:p>
    <w:p w14:paraId="6FCA19F7" w14:textId="366D6632" w:rsidR="001C4427" w:rsidRDefault="00127BA6">
      <w:r>
        <w:rPr>
          <w:b/>
          <w:sz w:val="24"/>
        </w:rPr>
        <w:t>4</w:t>
      </w:r>
      <w:r w:rsidR="00000000">
        <w:rPr>
          <w:b/>
          <w:sz w:val="24"/>
        </w:rPr>
        <w:t>. SUPPORTING DOCUMENTATION</w:t>
      </w:r>
    </w:p>
    <w:p w14:paraId="73DEF92F" w14:textId="77777777" w:rsidR="00127BA6" w:rsidRPr="00127BA6" w:rsidRDefault="00127BA6" w:rsidP="00127BA6">
      <w:r w:rsidRPr="00127BA6">
        <w:rPr>
          <w:rFonts w:ascii="Segoe UI Symbol" w:hAnsi="Segoe UI Symbol" w:cs="Segoe UI Symbol"/>
        </w:rPr>
        <w:t>☐</w:t>
      </w:r>
      <w:r w:rsidRPr="00127BA6">
        <w:t xml:space="preserve"> Identity document</w:t>
      </w:r>
    </w:p>
    <w:p w14:paraId="4C0A6D9E" w14:textId="77777777" w:rsidR="00127BA6" w:rsidRPr="00127BA6" w:rsidRDefault="00127BA6" w:rsidP="00127BA6">
      <w:r w:rsidRPr="00127BA6">
        <w:rPr>
          <w:rFonts w:ascii="Segoe UI Symbol" w:hAnsi="Segoe UI Symbol" w:cs="Segoe UI Symbol"/>
        </w:rPr>
        <w:t>☐</w:t>
      </w:r>
      <w:r w:rsidRPr="00127BA6">
        <w:t xml:space="preserve"> Certificate of enrolment or other document certifying SEA-EU student status</w:t>
      </w:r>
    </w:p>
    <w:p w14:paraId="471C35AB" w14:textId="77777777" w:rsidR="00127BA6" w:rsidRPr="00127BA6" w:rsidRDefault="00127BA6" w:rsidP="00127BA6">
      <w:r w:rsidRPr="00127BA6">
        <w:rPr>
          <w:rFonts w:ascii="Segoe UI Symbol" w:hAnsi="Segoe UI Symbol" w:cs="Segoe UI Symbol"/>
        </w:rPr>
        <w:t>☐</w:t>
      </w:r>
      <w:r w:rsidRPr="00127BA6">
        <w:t xml:space="preserve"> Academic transcript</w:t>
      </w:r>
    </w:p>
    <w:p w14:paraId="2043B0D9" w14:textId="77777777" w:rsidR="00127BA6" w:rsidRPr="00127BA6" w:rsidRDefault="00127BA6" w:rsidP="00127BA6">
      <w:r w:rsidRPr="00127BA6">
        <w:rPr>
          <w:rFonts w:ascii="Segoe UI Symbol" w:hAnsi="Segoe UI Symbol" w:cs="Segoe UI Symbol"/>
        </w:rPr>
        <w:t>☐</w:t>
      </w:r>
      <w:r w:rsidRPr="00127BA6">
        <w:t xml:space="preserve"> Certificate from the employer, company letter, or equivalent document certifying the applicant’s professional affiliation with a </w:t>
      </w:r>
      <w:proofErr w:type="spellStart"/>
      <w:r w:rsidRPr="00127BA6">
        <w:t>MEDPorts</w:t>
      </w:r>
      <w:proofErr w:type="spellEnd"/>
      <w:r w:rsidRPr="00127BA6">
        <w:t xml:space="preserve"> Member Port</w:t>
      </w:r>
    </w:p>
    <w:p w14:paraId="5FE4327F" w14:textId="77777777" w:rsidR="00127BA6" w:rsidRPr="00127BA6" w:rsidRDefault="00127BA6" w:rsidP="00127BA6">
      <w:r w:rsidRPr="00127BA6">
        <w:rPr>
          <w:rFonts w:ascii="Segoe UI Symbol" w:hAnsi="Segoe UI Symbol" w:cs="Segoe UI Symbol"/>
        </w:rPr>
        <w:t>☐</w:t>
      </w:r>
      <w:r w:rsidRPr="00127BA6">
        <w:t xml:space="preserve"> Document certifying membership of the Port of Algeciras port community (COMPORT)</w:t>
      </w:r>
    </w:p>
    <w:p w14:paraId="50721EC8" w14:textId="77777777" w:rsidR="00127BA6" w:rsidRPr="00127BA6" w:rsidRDefault="00127BA6" w:rsidP="00127BA6">
      <w:r w:rsidRPr="00127BA6">
        <w:rPr>
          <w:rFonts w:ascii="Segoe UI Symbol" w:hAnsi="Segoe UI Symbol" w:cs="Segoe UI Symbol"/>
        </w:rPr>
        <w:t>☐</w:t>
      </w:r>
      <w:r w:rsidRPr="00127BA6">
        <w:t xml:space="preserve"> Employment history record</w:t>
      </w:r>
    </w:p>
    <w:p w14:paraId="0742523A" w14:textId="10130D48" w:rsidR="001C4427" w:rsidRDefault="00127BA6">
      <w:r>
        <w:rPr>
          <w:b/>
          <w:sz w:val="24"/>
        </w:rPr>
        <w:t>5</w:t>
      </w:r>
      <w:r w:rsidR="00000000">
        <w:rPr>
          <w:b/>
          <w:sz w:val="24"/>
        </w:rPr>
        <w:t>. DECLARATION OF RESPONSIBILITY</w:t>
      </w:r>
    </w:p>
    <w:p w14:paraId="1659360B" w14:textId="77777777" w:rsidR="001C4427" w:rsidRDefault="00000000">
      <w:r>
        <w:t>The undersigned applicant declares:</w:t>
      </w:r>
    </w:p>
    <w:p w14:paraId="777AF598" w14:textId="77777777" w:rsidR="001C4427" w:rsidRDefault="00000000">
      <w:r>
        <w:t>That the information provided in this application is true and complete.</w:t>
      </w:r>
    </w:p>
    <w:p w14:paraId="432CD1DD" w14:textId="77777777" w:rsidR="001C4427" w:rsidRDefault="00000000">
      <w:r>
        <w:t>That they meet the requirements established in the call for scholarships for the «Decarbonization, Green Corridors» micro-credential.</w:t>
      </w:r>
    </w:p>
    <w:p w14:paraId="297BD8B0" w14:textId="77777777" w:rsidR="001C4427" w:rsidRDefault="00000000">
      <w:r>
        <w:t>That they provide the necessary documentation to prove compliance with the requirements corresponding to the category under which they apply.</w:t>
      </w:r>
    </w:p>
    <w:p w14:paraId="0F34A3C5" w14:textId="77777777" w:rsidR="001C4427" w:rsidRDefault="00000000">
      <w:r>
        <w:t>That they have read and accept the conditions established in the call.</w:t>
      </w:r>
    </w:p>
    <w:p w14:paraId="717B6925" w14:textId="77777777" w:rsidR="001C4427" w:rsidRDefault="00000000">
      <w:r>
        <w:t>That, if awarded the scholarship, they undertake to complete the enrolment process and participate in the scheduled training activities, complying with the attendance and, where applicable, assessment requirements established for the successful completion of the micro-credential.</w:t>
      </w:r>
    </w:p>
    <w:p w14:paraId="267DB391" w14:textId="77777777" w:rsidR="001C4427" w:rsidRDefault="00000000">
      <w:r>
        <w:t>That the information provided may be verified by the University of Cádiz and the members of the Selection Committee within the framework of the selection procedure.</w:t>
      </w:r>
    </w:p>
    <w:p w14:paraId="6408CBF1" w14:textId="77777777" w:rsidR="00AC26C6" w:rsidRDefault="00AC26C6" w:rsidP="00AC26C6"/>
    <w:p w14:paraId="047EE2AD" w14:textId="77777777" w:rsidR="00127BA6" w:rsidRPr="00AC26C6" w:rsidRDefault="00127BA6" w:rsidP="00AC26C6"/>
    <w:p w14:paraId="4A2BDB1C" w14:textId="25C37EE8" w:rsidR="001C4427" w:rsidRPr="00AC26C6" w:rsidRDefault="00000000" w:rsidP="00AC26C6">
      <w:pPr>
        <w:rPr>
          <w:bCs/>
        </w:rPr>
      </w:pPr>
      <w:r w:rsidRPr="00AC26C6">
        <w:rPr>
          <w:bCs/>
        </w:rPr>
        <w:t>Place and date</w:t>
      </w:r>
    </w:p>
    <w:p w14:paraId="62B0E631" w14:textId="43DD4D76" w:rsidR="001C4427" w:rsidRPr="00AC26C6" w:rsidRDefault="00000000">
      <w:pPr>
        <w:rPr>
          <w:bCs/>
        </w:rPr>
      </w:pPr>
      <w:r w:rsidRPr="00AC26C6">
        <w:rPr>
          <w:bCs/>
        </w:rPr>
        <w:t>Signature</w:t>
      </w:r>
      <w:r w:rsidRPr="00AC26C6">
        <w:rPr>
          <w:bCs/>
        </w:rPr>
        <w:br/>
      </w:r>
    </w:p>
    <w:sectPr w:rsidR="001C4427" w:rsidRPr="00AC26C6" w:rsidSect="00034616">
      <w:headerReference w:type="default" r:id="rId8"/>
      <w:pgSz w:w="12240" w:h="15840"/>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9FE8E" w14:textId="77777777" w:rsidR="00FA35A4" w:rsidRDefault="00FA35A4" w:rsidP="00AC26C6">
      <w:pPr>
        <w:spacing w:after="0" w:line="240" w:lineRule="auto"/>
      </w:pPr>
      <w:r>
        <w:separator/>
      </w:r>
    </w:p>
  </w:endnote>
  <w:endnote w:type="continuationSeparator" w:id="0">
    <w:p w14:paraId="6534E34B" w14:textId="77777777" w:rsidR="00FA35A4" w:rsidRDefault="00FA35A4" w:rsidP="00AC2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789D3" w14:textId="77777777" w:rsidR="00FA35A4" w:rsidRDefault="00FA35A4" w:rsidP="00AC26C6">
      <w:pPr>
        <w:spacing w:after="0" w:line="240" w:lineRule="auto"/>
      </w:pPr>
      <w:r>
        <w:separator/>
      </w:r>
    </w:p>
  </w:footnote>
  <w:footnote w:type="continuationSeparator" w:id="0">
    <w:p w14:paraId="18DA1184" w14:textId="77777777" w:rsidR="00FA35A4" w:rsidRDefault="00FA35A4" w:rsidP="00AC26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83828" w14:textId="59ADBA23" w:rsidR="00AC26C6" w:rsidRDefault="00AC26C6">
    <w:pPr>
      <w:pStyle w:val="Encabezado"/>
    </w:pPr>
    <w:r>
      <w:fldChar w:fldCharType="begin"/>
    </w:r>
    <w:r>
      <w:instrText xml:space="preserve"> INCLUDEPICTURE "https://gabcomunicacion.uca.es/wp-content/uploads/2021/07/logo_V1_COLOR_50-x-19mm.png" \* MERGEFORMATINET </w:instrText>
    </w:r>
    <w:r>
      <w:fldChar w:fldCharType="separate"/>
    </w:r>
    <w:r>
      <w:rPr>
        <w:noProof/>
      </w:rPr>
      <w:drawing>
        <wp:inline distT="0" distB="0" distL="0" distR="0" wp14:anchorId="78CAC0E1" wp14:editId="1556825C">
          <wp:extent cx="1293340" cy="512563"/>
          <wp:effectExtent l="0" t="0" r="0" b="0"/>
          <wp:docPr id="953075821" name="Imagen 1" descr="Logosímbolos – Gabinete de Comunicación y Mark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ímbolos – Gabinete de Comunicación y Market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0246" cy="531152"/>
                  </a:xfrm>
                  <a:prstGeom prst="rect">
                    <a:avLst/>
                  </a:prstGeom>
                  <a:noFill/>
                  <a:ln>
                    <a:noFill/>
                  </a:ln>
                </pic:spPr>
              </pic:pic>
            </a:graphicData>
          </a:graphic>
        </wp:inline>
      </w:drawing>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263851260">
    <w:abstractNumId w:val="8"/>
  </w:num>
  <w:num w:numId="2" w16cid:durableId="1034381866">
    <w:abstractNumId w:val="6"/>
  </w:num>
  <w:num w:numId="3" w16cid:durableId="316349821">
    <w:abstractNumId w:val="5"/>
  </w:num>
  <w:num w:numId="4" w16cid:durableId="1483429165">
    <w:abstractNumId w:val="4"/>
  </w:num>
  <w:num w:numId="5" w16cid:durableId="1662269490">
    <w:abstractNumId w:val="7"/>
  </w:num>
  <w:num w:numId="6" w16cid:durableId="451487143">
    <w:abstractNumId w:val="3"/>
  </w:num>
  <w:num w:numId="7" w16cid:durableId="2053188943">
    <w:abstractNumId w:val="2"/>
  </w:num>
  <w:num w:numId="8" w16cid:durableId="401607378">
    <w:abstractNumId w:val="1"/>
  </w:num>
  <w:num w:numId="9" w16cid:durableId="1033071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7BA6"/>
    <w:rsid w:val="0015074B"/>
    <w:rsid w:val="001C4427"/>
    <w:rsid w:val="0029639D"/>
    <w:rsid w:val="002E33EF"/>
    <w:rsid w:val="00326F90"/>
    <w:rsid w:val="00405489"/>
    <w:rsid w:val="004A5E3A"/>
    <w:rsid w:val="00AA1D8D"/>
    <w:rsid w:val="00AC26C6"/>
    <w:rsid w:val="00B47730"/>
    <w:rsid w:val="00CB0664"/>
    <w:rsid w:val="00FA35A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1CE6CD"/>
  <w14:defaultImageDpi w14:val="300"/>
  <w15:docId w15:val="{262A0485-2E3D-A248-977B-FF937F30B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470</Words>
  <Characters>2585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Maria de Andres</cp:lastModifiedBy>
  <cp:revision>3</cp:revision>
  <dcterms:created xsi:type="dcterms:W3CDTF">2013-12-23T23:15:00Z</dcterms:created>
  <dcterms:modified xsi:type="dcterms:W3CDTF">2026-09-16T13:36:00Z</dcterms:modified>
  <cp:category/>
</cp:coreProperties>
</file>