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3EF5C" w14:textId="77777777" w:rsidR="000E7533" w:rsidRDefault="000E7533">
      <w:pPr>
        <w:jc w:val="center"/>
        <w:rPr>
          <w:b/>
          <w:sz w:val="32"/>
          <w:lang w:val="es-ES"/>
        </w:rPr>
      </w:pPr>
    </w:p>
    <w:p w14:paraId="1C30B81C" w14:textId="4A82A86B" w:rsidR="0058451F" w:rsidRPr="000E7533" w:rsidRDefault="00000000">
      <w:pPr>
        <w:jc w:val="center"/>
        <w:rPr>
          <w:lang w:val="es-ES"/>
        </w:rPr>
      </w:pPr>
      <w:r w:rsidRPr="000E7533">
        <w:rPr>
          <w:b/>
          <w:sz w:val="32"/>
          <w:lang w:val="es-ES"/>
        </w:rPr>
        <w:t>ANEXO I</w:t>
      </w:r>
    </w:p>
    <w:p w14:paraId="1413B928" w14:textId="77777777" w:rsidR="0058451F" w:rsidRPr="000E7533" w:rsidRDefault="00000000">
      <w:pPr>
        <w:jc w:val="center"/>
        <w:rPr>
          <w:lang w:val="es-ES"/>
        </w:rPr>
      </w:pPr>
      <w:r w:rsidRPr="000E7533">
        <w:rPr>
          <w:b/>
          <w:sz w:val="28"/>
          <w:lang w:val="es-ES"/>
        </w:rPr>
        <w:t>FORMULARIO DE SOLICITUD DE BECA</w:t>
      </w:r>
    </w:p>
    <w:p w14:paraId="53B2E2BC" w14:textId="77777777" w:rsidR="0058451F" w:rsidRDefault="00000000">
      <w:pPr>
        <w:jc w:val="center"/>
      </w:pPr>
      <w:r>
        <w:rPr>
          <w:b/>
          <w:sz w:val="24"/>
        </w:rPr>
        <w:t>MICROCREDENCIAL «DECARBONIZATION, GREEN CORRIDORS»</w:t>
      </w:r>
    </w:p>
    <w:p w14:paraId="10B130C6" w14:textId="77777777" w:rsidR="0058451F" w:rsidRDefault="00000000">
      <w:pPr>
        <w:jc w:val="center"/>
      </w:pPr>
      <w:r>
        <w:t>MEDPorts Training Course – II Edition</w:t>
      </w:r>
    </w:p>
    <w:p w14:paraId="7FCD7314" w14:textId="77777777" w:rsidR="0058451F" w:rsidRPr="000E7533" w:rsidRDefault="00000000">
      <w:pPr>
        <w:rPr>
          <w:lang w:val="es-ES"/>
        </w:rPr>
      </w:pPr>
      <w:r w:rsidRPr="000E7533">
        <w:rPr>
          <w:b/>
          <w:sz w:val="24"/>
          <w:lang w:val="es-ES"/>
        </w:rPr>
        <w:t>1. DATOS DE LA PERSONA SOLICITANTE</w:t>
      </w:r>
    </w:p>
    <w:p w14:paraId="07C4C160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Nombre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223B4423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Apellidos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56B1B866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Fecha de nacimiento (DD/MM/AAAA)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7AFBF80B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Nacionalidad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2F67B9C7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Documento de identidad / Pasaporte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394EE3D5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Correo electrónico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2287225F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Teléfono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353E4EA2" w14:textId="77777777" w:rsidR="0058451F" w:rsidRPr="000E7533" w:rsidRDefault="00000000">
      <w:pPr>
        <w:rPr>
          <w:lang w:val="es-ES"/>
        </w:rPr>
      </w:pPr>
      <w:r w:rsidRPr="000E7533">
        <w:rPr>
          <w:b/>
          <w:sz w:val="24"/>
          <w:lang w:val="es-ES"/>
        </w:rPr>
        <w:t>2. COLECTIVO AL QUE PERTENECE</w:t>
      </w:r>
    </w:p>
    <w:p w14:paraId="325B7891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☐ A. Estudiante de una universidad perteneciente a la Alianza SEA-EU</w:t>
      </w:r>
    </w:p>
    <w:p w14:paraId="7A2D12BC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 xml:space="preserve">☐ B. Persona vinculada profesionalmente a un Puerto Miembro de </w:t>
      </w:r>
      <w:proofErr w:type="spellStart"/>
      <w:r w:rsidRPr="000E7533">
        <w:rPr>
          <w:lang w:val="es-ES"/>
        </w:rPr>
        <w:t>MEDPorts</w:t>
      </w:r>
      <w:proofErr w:type="spellEnd"/>
    </w:p>
    <w:p w14:paraId="2E34C21D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☐ C. Persona perteneciente a la comunidad portuaria del Puerto de Algeciras (COMPORT)</w:t>
      </w:r>
    </w:p>
    <w:p w14:paraId="3907AA21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En caso de A – Universidad y programa de estudios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7616746C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En caso de B – Puerto, empresa/entidad y cargo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567D5B87" w14:textId="77777777" w:rsidR="0058451F" w:rsidRPr="000E7533" w:rsidRDefault="00000000">
      <w:pPr>
        <w:rPr>
          <w:lang w:val="es-ES"/>
        </w:rPr>
      </w:pPr>
      <w:r w:rsidRPr="000E7533">
        <w:rPr>
          <w:b/>
          <w:lang w:val="es-ES"/>
        </w:rPr>
        <w:t>En caso de C – Empresa/entidad y cargo</w:t>
      </w:r>
      <w:r w:rsidRPr="000E7533">
        <w:rPr>
          <w:lang w:val="es-ES"/>
        </w:rPr>
        <w:br/>
        <w:t>____________________________________________________________________________________</w:t>
      </w:r>
    </w:p>
    <w:p w14:paraId="0713059B" w14:textId="77777777" w:rsidR="000E7533" w:rsidRDefault="000E7533">
      <w:pPr>
        <w:rPr>
          <w:lang w:val="es-ES"/>
        </w:rPr>
      </w:pPr>
    </w:p>
    <w:p w14:paraId="41D4848C" w14:textId="73D5131C" w:rsidR="0058451F" w:rsidRPr="000E7533" w:rsidRDefault="00C73255">
      <w:pPr>
        <w:rPr>
          <w:lang w:val="es-ES"/>
        </w:rPr>
      </w:pPr>
      <w:r>
        <w:rPr>
          <w:b/>
          <w:sz w:val="24"/>
          <w:lang w:val="es-ES"/>
        </w:rPr>
        <w:lastRenderedPageBreak/>
        <w:t>3</w:t>
      </w:r>
      <w:r w:rsidR="00000000" w:rsidRPr="000E7533">
        <w:rPr>
          <w:b/>
          <w:sz w:val="24"/>
          <w:lang w:val="es-ES"/>
        </w:rPr>
        <w:t>. CONOCIMIENTO DE INGLÉS</w:t>
      </w:r>
    </w:p>
    <w:p w14:paraId="10EDCC00" w14:textId="0B899F59" w:rsidR="0058451F" w:rsidRPr="000E7533" w:rsidRDefault="00000000">
      <w:pPr>
        <w:rPr>
          <w:lang w:val="es-ES"/>
        </w:rPr>
      </w:pPr>
      <w:r w:rsidRPr="000E7533">
        <w:rPr>
          <w:lang w:val="es-ES"/>
        </w:rPr>
        <w:t xml:space="preserve">Nivel:   ☐ A1   ☐ A2   ☐ B1   ☐ B2   ☐ C1   ☐ C2   </w:t>
      </w:r>
    </w:p>
    <w:p w14:paraId="5E5A7B9B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Declaro que dispongo de un nivel suficiente de inglés para seguir adecuadamente una actividad formativa impartida íntegramente en dicha lengua.   ☐ Sí</w:t>
      </w:r>
    </w:p>
    <w:p w14:paraId="5044C804" w14:textId="684235D9" w:rsidR="0058451F" w:rsidRPr="000E7533" w:rsidRDefault="00C73255">
      <w:pPr>
        <w:rPr>
          <w:lang w:val="es-ES"/>
        </w:rPr>
      </w:pPr>
      <w:r>
        <w:rPr>
          <w:b/>
          <w:sz w:val="24"/>
          <w:lang w:val="es-ES"/>
        </w:rPr>
        <w:t>4</w:t>
      </w:r>
      <w:r w:rsidR="00000000" w:rsidRPr="000E7533">
        <w:rPr>
          <w:b/>
          <w:sz w:val="24"/>
          <w:lang w:val="es-ES"/>
        </w:rPr>
        <w:t>. DOCUMENTACIÓN QUE SE ADJUNTA</w:t>
      </w:r>
    </w:p>
    <w:p w14:paraId="79BA3211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☐ Documento acreditativo de identidad</w:t>
      </w:r>
    </w:p>
    <w:p w14:paraId="771FB69A" w14:textId="77777777" w:rsidR="0058451F" w:rsidRDefault="00000000">
      <w:pPr>
        <w:rPr>
          <w:lang w:val="es-ES"/>
        </w:rPr>
      </w:pPr>
      <w:r w:rsidRPr="000E7533">
        <w:rPr>
          <w:lang w:val="es-ES"/>
        </w:rPr>
        <w:t>☐ Certificado de matrícula o documento acreditativo de la condición de estudiante SEA-EU</w:t>
      </w:r>
    </w:p>
    <w:p w14:paraId="00B5CB86" w14:textId="158A0539" w:rsidR="00C73255" w:rsidRPr="00C73255" w:rsidRDefault="00C73255">
      <w:pPr>
        <w:rPr>
          <w:rFonts w:cs="Arial"/>
          <w:lang w:val="es-ES"/>
        </w:rPr>
      </w:pPr>
      <w:r w:rsidRPr="00C73255">
        <w:rPr>
          <w:rFonts w:ascii="Segoe UI Symbol" w:hAnsi="Segoe UI Symbol" w:cs="Segoe UI Symbol"/>
          <w:lang w:val="es-ES"/>
        </w:rPr>
        <w:t>☐</w:t>
      </w:r>
      <w:r w:rsidRPr="00C73255">
        <w:rPr>
          <w:rFonts w:cs="Arial"/>
          <w:lang w:val="es-ES"/>
        </w:rPr>
        <w:t xml:space="preserve"> Expediente académico</w:t>
      </w:r>
    </w:p>
    <w:p w14:paraId="16AD1886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 xml:space="preserve">☐ Certificado de la entidad empleadora, carta de la empresa o documento equivalente que acredite la vinculación profesional con un Puerto Miembro de </w:t>
      </w:r>
      <w:proofErr w:type="spellStart"/>
      <w:r w:rsidRPr="000E7533">
        <w:rPr>
          <w:lang w:val="es-ES"/>
        </w:rPr>
        <w:t>MEDPorts</w:t>
      </w:r>
      <w:proofErr w:type="spellEnd"/>
    </w:p>
    <w:p w14:paraId="099299C9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☐ Documento acreditativo de pertenencia a la comunidad portuaria del Puerto de Algeciras (COMPORT)</w:t>
      </w:r>
    </w:p>
    <w:p w14:paraId="582263F9" w14:textId="075E212A" w:rsidR="0058451F" w:rsidRPr="000E7533" w:rsidRDefault="00000000">
      <w:pPr>
        <w:rPr>
          <w:lang w:val="es-ES"/>
        </w:rPr>
      </w:pPr>
      <w:r w:rsidRPr="000E7533">
        <w:rPr>
          <w:lang w:val="es-ES"/>
        </w:rPr>
        <w:t xml:space="preserve">☐ </w:t>
      </w:r>
      <w:r w:rsidR="00C73255">
        <w:rPr>
          <w:lang w:val="es-ES"/>
        </w:rPr>
        <w:t>Vida laboral</w:t>
      </w:r>
    </w:p>
    <w:p w14:paraId="3A622AE3" w14:textId="03EAFF06" w:rsidR="0058451F" w:rsidRPr="000E7533" w:rsidRDefault="00C73255">
      <w:pPr>
        <w:rPr>
          <w:lang w:val="es-ES"/>
        </w:rPr>
      </w:pPr>
      <w:r>
        <w:rPr>
          <w:b/>
          <w:sz w:val="24"/>
          <w:lang w:val="es-ES"/>
        </w:rPr>
        <w:t>5</w:t>
      </w:r>
      <w:r w:rsidR="00000000" w:rsidRPr="000E7533">
        <w:rPr>
          <w:b/>
          <w:sz w:val="24"/>
          <w:lang w:val="es-ES"/>
        </w:rPr>
        <w:t>. DECLARACIÓN RESPONSABLE</w:t>
      </w:r>
    </w:p>
    <w:p w14:paraId="631421BA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La persona abajo firmante declara:</w:t>
      </w:r>
    </w:p>
    <w:p w14:paraId="165EBF8E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Que los datos consignados en esta solicitud son ciertos y completos.</w:t>
      </w:r>
    </w:p>
    <w:p w14:paraId="4BE75C0A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Que cumple los requisitos establecidos en la convocatoria de becas para la realización de la microcredencial «</w:t>
      </w:r>
      <w:proofErr w:type="spellStart"/>
      <w:r w:rsidRPr="000E7533">
        <w:rPr>
          <w:lang w:val="es-ES"/>
        </w:rPr>
        <w:t>Decarbonization</w:t>
      </w:r>
      <w:proofErr w:type="spellEnd"/>
      <w:r w:rsidRPr="000E7533">
        <w:rPr>
          <w:lang w:val="es-ES"/>
        </w:rPr>
        <w:t xml:space="preserve">, Green </w:t>
      </w:r>
      <w:proofErr w:type="spellStart"/>
      <w:r w:rsidRPr="000E7533">
        <w:rPr>
          <w:lang w:val="es-ES"/>
        </w:rPr>
        <w:t>Corridors</w:t>
      </w:r>
      <w:proofErr w:type="spellEnd"/>
      <w:r w:rsidRPr="000E7533">
        <w:rPr>
          <w:lang w:val="es-ES"/>
        </w:rPr>
        <w:t>».</w:t>
      </w:r>
    </w:p>
    <w:p w14:paraId="05C2C0FB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Que aporta la documentación necesaria para acreditar el cumplimiento de los requisitos correspondientes al colectivo por el que presenta su solicitud.</w:t>
      </w:r>
    </w:p>
    <w:p w14:paraId="1B720C64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Que conoce y acepta las condiciones establecidas en la convocatoria.</w:t>
      </w:r>
    </w:p>
    <w:p w14:paraId="01521C71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Que, en caso de resultar beneficiaria de la beca, se compromete a formalizar la matrícula y participar en las actividades formativas programadas, cumpliendo los requisitos de asistencia y, en su caso, evaluación establecidos para la superación de la microcredencial.</w:t>
      </w:r>
    </w:p>
    <w:p w14:paraId="4619D2CC" w14:textId="77777777" w:rsidR="0058451F" w:rsidRPr="000E7533" w:rsidRDefault="00000000">
      <w:pPr>
        <w:rPr>
          <w:lang w:val="es-ES"/>
        </w:rPr>
      </w:pPr>
      <w:r w:rsidRPr="000E7533">
        <w:rPr>
          <w:lang w:val="es-ES"/>
        </w:rPr>
        <w:t>Que la información facilitada podrá ser comprobada por la Universidad de Cádiz y por los miembros de la Comisión de Valoración en el marco del procedimiento de selección.</w:t>
      </w:r>
    </w:p>
    <w:p w14:paraId="61119EBB" w14:textId="77777777" w:rsidR="00C73255" w:rsidRDefault="00C73255">
      <w:pPr>
        <w:rPr>
          <w:b/>
          <w:sz w:val="24"/>
          <w:lang w:val="es-ES"/>
        </w:rPr>
      </w:pPr>
    </w:p>
    <w:p w14:paraId="29B473C3" w14:textId="77777777" w:rsidR="00C73255" w:rsidRDefault="00C73255">
      <w:pPr>
        <w:rPr>
          <w:b/>
          <w:sz w:val="24"/>
          <w:lang w:val="es-ES"/>
        </w:rPr>
      </w:pPr>
    </w:p>
    <w:p w14:paraId="5BC37937" w14:textId="7C0367DD" w:rsidR="0058451F" w:rsidRPr="000E7533" w:rsidRDefault="00000000">
      <w:pPr>
        <w:rPr>
          <w:bCs/>
          <w:lang w:val="es-ES"/>
        </w:rPr>
      </w:pPr>
      <w:r w:rsidRPr="000E7533">
        <w:rPr>
          <w:bCs/>
          <w:lang w:val="es-ES"/>
        </w:rPr>
        <w:t>Lugar y fecha</w:t>
      </w:r>
    </w:p>
    <w:p w14:paraId="003EF55B" w14:textId="5219C58D" w:rsidR="0058451F" w:rsidRPr="000E7533" w:rsidRDefault="00000000">
      <w:pPr>
        <w:rPr>
          <w:lang w:val="es-ES"/>
        </w:rPr>
      </w:pPr>
      <w:r w:rsidRPr="000E7533">
        <w:rPr>
          <w:bCs/>
          <w:lang w:val="es-ES"/>
        </w:rPr>
        <w:t>Firma</w:t>
      </w:r>
      <w:r w:rsidRPr="000E7533">
        <w:rPr>
          <w:lang w:val="es-ES"/>
        </w:rPr>
        <w:br/>
      </w:r>
    </w:p>
    <w:sectPr w:rsidR="0058451F" w:rsidRPr="000E7533" w:rsidSect="00034616">
      <w:head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B5188" w14:textId="77777777" w:rsidR="00EE2510" w:rsidRDefault="00EE2510" w:rsidP="000E7533">
      <w:pPr>
        <w:spacing w:after="0" w:line="240" w:lineRule="auto"/>
      </w:pPr>
      <w:r>
        <w:separator/>
      </w:r>
    </w:p>
  </w:endnote>
  <w:endnote w:type="continuationSeparator" w:id="0">
    <w:p w14:paraId="55B9F9B0" w14:textId="77777777" w:rsidR="00EE2510" w:rsidRDefault="00EE2510" w:rsidP="000E7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B235" w14:textId="77777777" w:rsidR="00EE2510" w:rsidRDefault="00EE2510" w:rsidP="000E7533">
      <w:pPr>
        <w:spacing w:after="0" w:line="240" w:lineRule="auto"/>
      </w:pPr>
      <w:r>
        <w:separator/>
      </w:r>
    </w:p>
  </w:footnote>
  <w:footnote w:type="continuationSeparator" w:id="0">
    <w:p w14:paraId="724AE205" w14:textId="77777777" w:rsidR="00EE2510" w:rsidRDefault="00EE2510" w:rsidP="000E7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DDC3" w14:textId="1C0B1C07" w:rsidR="000E7533" w:rsidRDefault="000E7533">
    <w:pPr>
      <w:pStyle w:val="Encabezado"/>
    </w:pPr>
    <w:r>
      <w:fldChar w:fldCharType="begin"/>
    </w:r>
    <w:r>
      <w:instrText xml:space="preserve"> INCLUDEPICTURE "https://gabcomunicacion.uca.es/wp-content/uploads/2021/07/logo_V1_COLOR_50-x-19mm.png" \* MERGEFORMATINET </w:instrText>
    </w:r>
    <w:r>
      <w:fldChar w:fldCharType="separate"/>
    </w:r>
    <w:r>
      <w:rPr>
        <w:noProof/>
      </w:rPr>
      <w:drawing>
        <wp:inline distT="0" distB="0" distL="0" distR="0" wp14:anchorId="24BAE332" wp14:editId="6929671E">
          <wp:extent cx="1293340" cy="512563"/>
          <wp:effectExtent l="0" t="0" r="0" b="0"/>
          <wp:docPr id="953075821" name="Imagen 1" descr="Logosímbolos – Gabinete de Comunicación y Marke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ímbolos – Gabinete de Comunicación y Market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246" cy="5311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8662188">
    <w:abstractNumId w:val="8"/>
  </w:num>
  <w:num w:numId="2" w16cid:durableId="1152677827">
    <w:abstractNumId w:val="6"/>
  </w:num>
  <w:num w:numId="3" w16cid:durableId="1423575557">
    <w:abstractNumId w:val="5"/>
  </w:num>
  <w:num w:numId="4" w16cid:durableId="401173261">
    <w:abstractNumId w:val="4"/>
  </w:num>
  <w:num w:numId="5" w16cid:durableId="609513988">
    <w:abstractNumId w:val="7"/>
  </w:num>
  <w:num w:numId="6" w16cid:durableId="1693451602">
    <w:abstractNumId w:val="3"/>
  </w:num>
  <w:num w:numId="7" w16cid:durableId="446628657">
    <w:abstractNumId w:val="2"/>
  </w:num>
  <w:num w:numId="8" w16cid:durableId="11535516">
    <w:abstractNumId w:val="1"/>
  </w:num>
  <w:num w:numId="9" w16cid:durableId="153225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7533"/>
    <w:rsid w:val="0015074B"/>
    <w:rsid w:val="0029639D"/>
    <w:rsid w:val="002E33EF"/>
    <w:rsid w:val="00326F90"/>
    <w:rsid w:val="00405489"/>
    <w:rsid w:val="0058451F"/>
    <w:rsid w:val="00AA1D8D"/>
    <w:rsid w:val="00B47730"/>
    <w:rsid w:val="00C73255"/>
    <w:rsid w:val="00CB0664"/>
    <w:rsid w:val="00EE2510"/>
    <w:rsid w:val="00F75B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26E8D"/>
  <w14:defaultImageDpi w14:val="300"/>
  <w15:docId w15:val="{262A0485-2E3D-A248-977B-FF937F30B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488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 de Andres</cp:lastModifiedBy>
  <cp:revision>3</cp:revision>
  <dcterms:created xsi:type="dcterms:W3CDTF">2013-12-23T23:15:00Z</dcterms:created>
  <dcterms:modified xsi:type="dcterms:W3CDTF">2026-09-16T13:36:00Z</dcterms:modified>
  <cp:category/>
</cp:coreProperties>
</file>